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A1DE7" w14:textId="77777777" w:rsidR="00F81A95" w:rsidRPr="00F81A95" w:rsidRDefault="00F81A95" w:rsidP="00F81A95">
      <w:pPr>
        <w:pStyle w:val="Ttulo"/>
        <w:rPr>
          <w:rFonts w:ascii="Century Gothic" w:hAnsi="Century Gothic"/>
        </w:rPr>
      </w:pPr>
      <w:r>
        <w:rPr>
          <w:rFonts w:ascii="Century Gothic" w:hAnsi="Century Gothic"/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3D64FF82" wp14:editId="66AAFDAF">
            <wp:simplePos x="0" y="0"/>
            <wp:positionH relativeFrom="column">
              <wp:posOffset>0</wp:posOffset>
            </wp:positionH>
            <wp:positionV relativeFrom="paragraph">
              <wp:posOffset>-908685</wp:posOffset>
            </wp:positionV>
            <wp:extent cx="1428750" cy="952500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ayto.B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1327" w:rsidRPr="00F81A95">
        <w:rPr>
          <w:rFonts w:ascii="Century Gothic" w:hAnsi="Century Gothic"/>
        </w:rPr>
        <w:t>MINIE</w:t>
      </w:r>
      <w:r>
        <w:rPr>
          <w:rFonts w:ascii="Century Gothic" w:hAnsi="Century Gothic"/>
        </w:rPr>
        <w:t>NCUENTRO DE LA CIENCI</w:t>
      </w:r>
    </w:p>
    <w:p w14:paraId="58FA0028" w14:textId="77777777" w:rsidR="00F90697" w:rsidRPr="00F81A95" w:rsidRDefault="00251327">
      <w:pPr>
        <w:pStyle w:val="Ttulo1"/>
        <w:rPr>
          <w:rFonts w:ascii="Century Gothic" w:hAnsi="Century Gothic"/>
        </w:rPr>
      </w:pPr>
      <w:r w:rsidRPr="00F81A95">
        <w:rPr>
          <w:rFonts w:ascii="Century Gothic" w:hAnsi="Century Gothic"/>
        </w:rPr>
        <w:t>DATOS DEL MENOR</w:t>
      </w:r>
    </w:p>
    <w:p w14:paraId="09E4E530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Nombre y apellidos: ____________________________________________</w:t>
      </w:r>
    </w:p>
    <w:p w14:paraId="2D391012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Edad: ____________    Fecha de nacimiento: __________________</w:t>
      </w:r>
    </w:p>
    <w:p w14:paraId="012A4DC5" w14:textId="77777777" w:rsidR="00F90697" w:rsidRPr="00F81A95" w:rsidRDefault="00251327">
      <w:pPr>
        <w:pStyle w:val="Ttulo1"/>
        <w:rPr>
          <w:rFonts w:ascii="Century Gothic" w:hAnsi="Century Gothic"/>
        </w:rPr>
      </w:pPr>
      <w:r w:rsidRPr="00F81A95">
        <w:rPr>
          <w:rFonts w:ascii="Century Gothic" w:hAnsi="Century Gothic"/>
        </w:rPr>
        <w:t>DATOS DE CONTACTO (DURANTE EL EVENTO)</w:t>
      </w:r>
    </w:p>
    <w:p w14:paraId="4EF64021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Nombre madre/padre/tutor: __________________________________</w:t>
      </w:r>
    </w:p>
    <w:p w14:paraId="5807095B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Teléfono de contacto: ______________________________________</w:t>
      </w:r>
    </w:p>
    <w:p w14:paraId="20FEC56C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 xml:space="preserve">¿Estará en el recinto?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S</w:t>
      </w:r>
      <w:r w:rsidRPr="00F81A95">
        <w:rPr>
          <w:rFonts w:ascii="Century Gothic" w:hAnsi="Century Gothic" w:cs="Century Gothic"/>
        </w:rPr>
        <w:t>í</w:t>
      </w:r>
      <w:r w:rsidRPr="00F81A95">
        <w:rPr>
          <w:rFonts w:ascii="Century Gothic" w:hAnsi="Century Gothic"/>
        </w:rPr>
        <w:t xml:space="preserve">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No</w:t>
      </w:r>
    </w:p>
    <w:p w14:paraId="68E88025" w14:textId="77777777" w:rsidR="00F90697" w:rsidRPr="00F81A95" w:rsidRDefault="00251327">
      <w:pPr>
        <w:pStyle w:val="Ttulo1"/>
        <w:rPr>
          <w:rFonts w:ascii="Century Gothic" w:hAnsi="Century Gothic"/>
        </w:rPr>
      </w:pPr>
      <w:r w:rsidRPr="00F81A95">
        <w:rPr>
          <w:rFonts w:ascii="Century Gothic" w:hAnsi="Century Gothic"/>
        </w:rPr>
        <w:t>INFORMACIÓN RELEVANTE DEL MENOR</w:t>
      </w:r>
    </w:p>
    <w:p w14:paraId="3A890952" w14:textId="77777777" w:rsidR="00F90697" w:rsidRPr="00F81A95" w:rsidRDefault="00251327">
      <w:pPr>
        <w:pStyle w:val="Ttulo2"/>
        <w:rPr>
          <w:rFonts w:ascii="Century Gothic" w:hAnsi="Century Gothic"/>
        </w:rPr>
      </w:pPr>
      <w:r w:rsidRPr="00F81A95">
        <w:rPr>
          <w:rFonts w:ascii="Century Gothic" w:hAnsi="Century Gothic"/>
        </w:rPr>
        <w:t>1. Salud</w:t>
      </w:r>
    </w:p>
    <w:p w14:paraId="36376EA0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¿Tiene alguna enfermedad, alergia o intolerancia?</w:t>
      </w:r>
    </w:p>
    <w:p w14:paraId="079BAFD1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____________________________________________________________</w:t>
      </w:r>
    </w:p>
    <w:p w14:paraId="7AB4A789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 xml:space="preserve">¿Toma medicación?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No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S</w:t>
      </w:r>
      <w:r w:rsidRPr="00F81A95">
        <w:rPr>
          <w:rFonts w:ascii="Century Gothic" w:hAnsi="Century Gothic" w:cs="Century Gothic"/>
        </w:rPr>
        <w:t>í</w:t>
      </w:r>
      <w:r w:rsidRPr="00F81A95">
        <w:rPr>
          <w:rFonts w:ascii="Century Gothic" w:hAnsi="Century Gothic"/>
        </w:rPr>
        <w:t xml:space="preserve"> </w:t>
      </w:r>
      <w:r w:rsidRPr="00F81A95">
        <w:rPr>
          <w:rFonts w:ascii="Century Gothic" w:hAnsi="Century Gothic" w:cs="Century Gothic"/>
        </w:rPr>
        <w:t>→</w:t>
      </w:r>
      <w:r w:rsidRPr="00F81A95">
        <w:rPr>
          <w:rFonts w:ascii="Century Gothic" w:hAnsi="Century Gothic"/>
        </w:rPr>
        <w:t xml:space="preserve"> </w:t>
      </w:r>
      <w:r w:rsidRPr="00F81A95">
        <w:rPr>
          <w:rFonts w:ascii="Century Gothic" w:hAnsi="Century Gothic" w:cs="Century Gothic"/>
        </w:rPr>
        <w:t>¿</w:t>
      </w:r>
      <w:r w:rsidRPr="00F81A95">
        <w:rPr>
          <w:rFonts w:ascii="Century Gothic" w:hAnsi="Century Gothic"/>
        </w:rPr>
        <w:t>Cu</w:t>
      </w:r>
      <w:r w:rsidRPr="00F81A95">
        <w:rPr>
          <w:rFonts w:ascii="Century Gothic" w:hAnsi="Century Gothic" w:cs="Century Gothic"/>
        </w:rPr>
        <w:t>á</w:t>
      </w:r>
      <w:r w:rsidRPr="00F81A95">
        <w:rPr>
          <w:rFonts w:ascii="Century Gothic" w:hAnsi="Century Gothic"/>
        </w:rPr>
        <w:t>l? _______________________</w:t>
      </w:r>
    </w:p>
    <w:p w14:paraId="7F8C1EF6" w14:textId="77777777" w:rsidR="00F90697" w:rsidRPr="00F81A95" w:rsidRDefault="00251327">
      <w:pPr>
        <w:pStyle w:val="Ttulo2"/>
        <w:rPr>
          <w:rFonts w:ascii="Century Gothic" w:hAnsi="Century Gothic"/>
        </w:rPr>
      </w:pPr>
      <w:r w:rsidRPr="00F81A95">
        <w:rPr>
          <w:rFonts w:ascii="Century Gothic" w:hAnsi="Century Gothic"/>
        </w:rPr>
        <w:t>2. Necesidades específicas</w:t>
      </w:r>
    </w:p>
    <w:p w14:paraId="3D8CCEA9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Discapacidad   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Necesidades educativas especiales</w:t>
      </w:r>
    </w:p>
    <w:p w14:paraId="5DE0F6A5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TEA / dificultades de comunicación</w:t>
      </w:r>
    </w:p>
    <w:p w14:paraId="1A62FC33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Otras: _________________________________________________</w:t>
      </w:r>
    </w:p>
    <w:p w14:paraId="6271E55A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Indique brevemente lo que debemos tener en cuenta:</w:t>
      </w:r>
    </w:p>
    <w:p w14:paraId="467889B5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____________________________________________________________</w:t>
      </w:r>
    </w:p>
    <w:p w14:paraId="1947C0B2" w14:textId="77777777" w:rsidR="00F90697" w:rsidRPr="00F81A95" w:rsidRDefault="00251327">
      <w:pPr>
        <w:pStyle w:val="Ttulo2"/>
        <w:rPr>
          <w:rFonts w:ascii="Century Gothic" w:hAnsi="Century Gothic"/>
        </w:rPr>
      </w:pPr>
      <w:r w:rsidRPr="00F81A95">
        <w:rPr>
          <w:rFonts w:ascii="Century Gothic" w:hAnsi="Century Gothic"/>
        </w:rPr>
        <w:t>3. Comunicación</w:t>
      </w:r>
    </w:p>
    <w:p w14:paraId="70B81B44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¿Cómo se comunica principalmente?</w:t>
      </w:r>
    </w:p>
    <w:p w14:paraId="61FAFF28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Lenguaje oral   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Pictogramas   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Gestos   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Otro: ______</w:t>
      </w:r>
    </w:p>
    <w:p w14:paraId="751B7A52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¿Hay algo que le ayude a comprender mejor?</w:t>
      </w:r>
    </w:p>
    <w:p w14:paraId="3A307EFF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lastRenderedPageBreak/>
        <w:t>____________________________________________________________</w:t>
      </w:r>
    </w:p>
    <w:p w14:paraId="7184C2FE" w14:textId="77777777" w:rsidR="00F90697" w:rsidRPr="00F81A95" w:rsidRDefault="00251327">
      <w:pPr>
        <w:pStyle w:val="Ttulo2"/>
        <w:rPr>
          <w:rFonts w:ascii="Century Gothic" w:hAnsi="Century Gothic"/>
        </w:rPr>
      </w:pPr>
      <w:r w:rsidRPr="00F81A95">
        <w:rPr>
          <w:rFonts w:ascii="Century Gothic" w:hAnsi="Century Gothic"/>
        </w:rPr>
        <w:t>4. Conducta y bienestar</w:t>
      </w:r>
    </w:p>
    <w:p w14:paraId="0D39799F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¿Hay algo que pueda generarle malestar o ansiedad?</w:t>
      </w:r>
    </w:p>
    <w:p w14:paraId="70FB793D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____________________________________________________________</w:t>
      </w:r>
    </w:p>
    <w:p w14:paraId="7A670700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¿Qué le ayuda a calmarse o estar a gusto?</w:t>
      </w:r>
    </w:p>
    <w:p w14:paraId="5D84964A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____________________________________________________________</w:t>
      </w:r>
    </w:p>
    <w:p w14:paraId="4286887F" w14:textId="77777777" w:rsidR="00F90697" w:rsidRPr="00F81A95" w:rsidRDefault="00251327">
      <w:pPr>
        <w:pStyle w:val="Ttulo2"/>
        <w:rPr>
          <w:rFonts w:ascii="Century Gothic" w:hAnsi="Century Gothic"/>
        </w:rPr>
      </w:pPr>
      <w:r w:rsidRPr="00F81A95">
        <w:rPr>
          <w:rFonts w:ascii="Century Gothic" w:hAnsi="Century Gothic"/>
        </w:rPr>
        <w:t>5. Autonomía básica</w:t>
      </w:r>
    </w:p>
    <w:p w14:paraId="3E2F5464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Necesita ayuda para comer</w:t>
      </w:r>
    </w:p>
    <w:p w14:paraId="38C55B84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Necesita ayuda para ir al baño</w:t>
      </w:r>
    </w:p>
    <w:p w14:paraId="0654B2F8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Usa pañal</w:t>
      </w:r>
    </w:p>
    <w:p w14:paraId="7A6289AA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Ninguna de las anteriores</w:t>
      </w:r>
    </w:p>
    <w:p w14:paraId="31483A17" w14:textId="77777777" w:rsidR="00F90697" w:rsidRPr="00F81A95" w:rsidRDefault="00251327">
      <w:pPr>
        <w:pStyle w:val="Ttulo2"/>
        <w:rPr>
          <w:rFonts w:ascii="Century Gothic" w:hAnsi="Century Gothic"/>
        </w:rPr>
      </w:pPr>
      <w:r w:rsidRPr="00F81A95">
        <w:rPr>
          <w:rFonts w:ascii="Century Gothic" w:hAnsi="Century Gothic"/>
        </w:rPr>
        <w:t>6. Observaciones importantes</w:t>
      </w:r>
    </w:p>
    <w:p w14:paraId="3AE95D98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(Ej. miedos, intereses, preferencias, rutinas…)</w:t>
      </w:r>
    </w:p>
    <w:p w14:paraId="25B876DF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____________________________________________________________</w:t>
      </w:r>
    </w:p>
    <w:p w14:paraId="30B51D02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____________________________________________________________</w:t>
      </w:r>
    </w:p>
    <w:p w14:paraId="2F26A0F5" w14:textId="77777777" w:rsidR="00F90697" w:rsidRPr="00F81A95" w:rsidRDefault="00251327">
      <w:pPr>
        <w:pStyle w:val="Ttulo1"/>
        <w:rPr>
          <w:rFonts w:ascii="Century Gothic" w:hAnsi="Century Gothic"/>
        </w:rPr>
      </w:pPr>
      <w:r w:rsidRPr="00F81A95">
        <w:rPr>
          <w:rFonts w:ascii="Century Gothic" w:hAnsi="Century Gothic"/>
        </w:rPr>
        <w:t>AUTORIZACIONES</w:t>
      </w:r>
    </w:p>
    <w:p w14:paraId="77F99890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 xml:space="preserve">Autorizo la participación del menor en las actividades: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S</w:t>
      </w:r>
      <w:r w:rsidRPr="00F81A95">
        <w:rPr>
          <w:rFonts w:ascii="Century Gothic" w:hAnsi="Century Gothic" w:cs="Century Gothic"/>
        </w:rPr>
        <w:t>í</w:t>
      </w:r>
      <w:r w:rsidRPr="00F81A95">
        <w:rPr>
          <w:rFonts w:ascii="Century Gothic" w:hAnsi="Century Gothic"/>
        </w:rPr>
        <w:t xml:space="preserve">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No</w:t>
      </w:r>
    </w:p>
    <w:p w14:paraId="3D5ECA0B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 xml:space="preserve">Autorizo uso de imágenes (si procede):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S</w:t>
      </w:r>
      <w:r w:rsidRPr="00F81A95">
        <w:rPr>
          <w:rFonts w:ascii="Century Gothic" w:hAnsi="Century Gothic" w:cs="Century Gothic"/>
        </w:rPr>
        <w:t>í</w:t>
      </w:r>
      <w:r w:rsidRPr="00F81A95">
        <w:rPr>
          <w:rFonts w:ascii="Century Gothic" w:hAnsi="Century Gothic"/>
        </w:rPr>
        <w:t xml:space="preserve"> </w:t>
      </w:r>
      <w:r w:rsidRPr="00F81A95">
        <w:rPr>
          <w:rFonts w:ascii="Segoe UI Symbol" w:hAnsi="Segoe UI Symbol" w:cs="Segoe UI Symbol"/>
        </w:rPr>
        <w:t>☐</w:t>
      </w:r>
      <w:r w:rsidRPr="00F81A95">
        <w:rPr>
          <w:rFonts w:ascii="Century Gothic" w:hAnsi="Century Gothic"/>
        </w:rPr>
        <w:t xml:space="preserve"> No</w:t>
      </w:r>
    </w:p>
    <w:p w14:paraId="7879DA0A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 xml:space="preserve"> </w:t>
      </w:r>
    </w:p>
    <w:p w14:paraId="75AEADDC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Firma: ____________________________</w:t>
      </w:r>
    </w:p>
    <w:p w14:paraId="4950D76B" w14:textId="77777777" w:rsidR="00F90697" w:rsidRPr="00F81A95" w:rsidRDefault="00251327">
      <w:pPr>
        <w:rPr>
          <w:rFonts w:ascii="Century Gothic" w:hAnsi="Century Gothic"/>
        </w:rPr>
      </w:pPr>
      <w:r w:rsidRPr="00F81A95">
        <w:rPr>
          <w:rFonts w:ascii="Century Gothic" w:hAnsi="Century Gothic"/>
        </w:rPr>
        <w:t>Fecha: ____________________________</w:t>
      </w:r>
    </w:p>
    <w:sectPr w:rsidR="00F90697" w:rsidRPr="00F81A95" w:rsidSect="00F81A95">
      <w:headerReference w:type="default" r:id="rId9"/>
      <w:pgSz w:w="12240" w:h="15840"/>
      <w:pgMar w:top="1806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8D5F5" w14:textId="77777777" w:rsidR="00224185" w:rsidRDefault="00224185" w:rsidP="00F81A95">
      <w:pPr>
        <w:spacing w:after="0" w:line="240" w:lineRule="auto"/>
      </w:pPr>
      <w:r>
        <w:separator/>
      </w:r>
    </w:p>
  </w:endnote>
  <w:endnote w:type="continuationSeparator" w:id="0">
    <w:p w14:paraId="0EE9481F" w14:textId="77777777" w:rsidR="00224185" w:rsidRDefault="00224185" w:rsidP="00F81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D207C" w14:textId="77777777" w:rsidR="00224185" w:rsidRDefault="00224185" w:rsidP="00F81A95">
      <w:pPr>
        <w:spacing w:after="0" w:line="240" w:lineRule="auto"/>
      </w:pPr>
      <w:r>
        <w:separator/>
      </w:r>
    </w:p>
  </w:footnote>
  <w:footnote w:type="continuationSeparator" w:id="0">
    <w:p w14:paraId="2F7F1CE1" w14:textId="77777777" w:rsidR="00224185" w:rsidRDefault="00224185" w:rsidP="00F81A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E4045" w14:textId="77777777" w:rsidR="00F81A95" w:rsidRDefault="00F81A95">
    <w:pPr>
      <w:pStyle w:val="Encabezado"/>
    </w:pPr>
    <w:r w:rsidRPr="00F81A95">
      <w:rPr>
        <w:noProof/>
      </w:rPr>
      <w:drawing>
        <wp:anchor distT="0" distB="0" distL="114300" distR="114300" simplePos="0" relativeHeight="251658240" behindDoc="1" locked="0" layoutInCell="1" allowOverlap="1" wp14:anchorId="0FFB5F19" wp14:editId="397BF76F">
          <wp:simplePos x="0" y="0"/>
          <wp:positionH relativeFrom="column">
            <wp:posOffset>3905250</wp:posOffset>
          </wp:positionH>
          <wp:positionV relativeFrom="paragraph">
            <wp:posOffset>-219075</wp:posOffset>
          </wp:positionV>
          <wp:extent cx="1647825" cy="95518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955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72937965">
    <w:abstractNumId w:val="8"/>
  </w:num>
  <w:num w:numId="2" w16cid:durableId="269162512">
    <w:abstractNumId w:val="6"/>
  </w:num>
  <w:num w:numId="3" w16cid:durableId="690372686">
    <w:abstractNumId w:val="5"/>
  </w:num>
  <w:num w:numId="4" w16cid:durableId="1280643337">
    <w:abstractNumId w:val="4"/>
  </w:num>
  <w:num w:numId="5" w16cid:durableId="1516533692">
    <w:abstractNumId w:val="7"/>
  </w:num>
  <w:num w:numId="6" w16cid:durableId="1353148691">
    <w:abstractNumId w:val="3"/>
  </w:num>
  <w:num w:numId="7" w16cid:durableId="84957370">
    <w:abstractNumId w:val="2"/>
  </w:num>
  <w:num w:numId="8" w16cid:durableId="1014501621">
    <w:abstractNumId w:val="1"/>
  </w:num>
  <w:num w:numId="9" w16cid:durableId="139743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4185"/>
    <w:rsid w:val="00251327"/>
    <w:rsid w:val="0029639D"/>
    <w:rsid w:val="00326F90"/>
    <w:rsid w:val="006B3268"/>
    <w:rsid w:val="00AA1D8D"/>
    <w:rsid w:val="00B47730"/>
    <w:rsid w:val="00C43E1E"/>
    <w:rsid w:val="00CB0664"/>
    <w:rsid w:val="00DD57AE"/>
    <w:rsid w:val="00F81A95"/>
    <w:rsid w:val="00F9069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04446B"/>
  <w14:defaultImageDpi w14:val="300"/>
  <w15:docId w15:val="{865BC912-A8A0-43E3-B5A9-B14702A40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85F6910-A366-4B12-A9E3-95F28DB27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1562</Characters>
  <Application>Microsoft Office Word</Application>
  <DocSecurity>0</DocSecurity>
  <Lines>13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Títulos</vt:lpstr>
      </vt:variant>
      <vt:variant>
        <vt:i4>10</vt:i4>
      </vt:variant>
      <vt:variant>
        <vt:lpstr>Title</vt:lpstr>
      </vt:variant>
      <vt:variant>
        <vt:i4>1</vt:i4>
      </vt:variant>
    </vt:vector>
  </HeadingPairs>
  <TitlesOfParts>
    <vt:vector size="12" baseType="lpstr">
      <vt:lpstr/>
      <vt:lpstr>DATOS DEL MENOR</vt:lpstr>
      <vt:lpstr>DATOS DE CONTACTO (DURANTE EL EVENTO)</vt:lpstr>
      <vt:lpstr>INFORMACIÓN RELEVANTE DEL MENOR</vt:lpstr>
      <vt:lpstr>    1. Salud</vt:lpstr>
      <vt:lpstr>    2. Necesidades específicas</vt:lpstr>
      <vt:lpstr>    3. Comunicación</vt:lpstr>
      <vt:lpstr>    4. Conducta y bienestar</vt:lpstr>
      <vt:lpstr>    5. Autonomía básica</vt:lpstr>
      <vt:lpstr>    6. Observaciones importantes</vt:lpstr>
      <vt:lpstr>AUTORIZACIONES</vt:lpstr>
      <vt:lpstr/>
    </vt:vector>
  </TitlesOfParts>
  <Manager/>
  <Company/>
  <LinksUpToDate>false</LinksUpToDate>
  <CharactersWithSpaces>1843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Angela Valle Lorenzana</cp:lastModifiedBy>
  <cp:revision>2</cp:revision>
  <dcterms:created xsi:type="dcterms:W3CDTF">2026-04-25T08:30:00Z</dcterms:created>
  <dcterms:modified xsi:type="dcterms:W3CDTF">2026-04-25T08:30:00Z</dcterms:modified>
  <cp:category/>
</cp:coreProperties>
</file>